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40"/>
      </w:tblGrid>
      <w:tr>
        <w:tc>
          <w:tcPr>
            <w:tcW w:type="dxa" w:w="10454"/>
            <w:shd w:fill="123A63"/>
            <w:tcMar>
              <w:top w:w="160" w:type="dxa"/>
              <w:start w:w="180" w:type="dxa"/>
              <w:bottom w:w="135" w:type="dxa"/>
              <w:end w:w="18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color w:val="FFFFFF"/>
                <w:sz w:val="48"/>
              </w:rPr>
              <w:t>YOUR FULL NAME</w:t>
            </w:r>
          </w:p>
          <w:p>
            <w:pPr>
              <w:jc w:val="center"/>
            </w:pPr>
            <w:r>
              <w:rPr>
                <w:b/>
                <w:color w:val="DCE7F2"/>
                <w:sz w:val="22"/>
              </w:rPr>
              <w:t>TARGET JOB TITLE OR PROFESSIONAL BRAND</w:t>
            </w:r>
          </w:p>
          <w:p>
            <w:pPr>
              <w:spacing w:after="0"/>
              <w:jc w:val="center"/>
            </w:pPr>
            <w:r>
              <w:rPr>
                <w:color w:val="FFFFFF"/>
                <w:sz w:val="19"/>
              </w:rPr>
              <w:t>City, State  |  (000) 000-0000  |  professional@email.com  |  linkedin.com/in/yourname</w:t>
            </w:r>
          </w:p>
        </w:tc>
      </w:tr>
    </w:tbl>
    <w:p>
      <w:pPr>
        <w:spacing w:after="60" w:before="0"/>
      </w:pPr>
      <w:r>
        <w:rPr>
          <w:color w:val="5C8F2F"/>
          <w:sz w:val="10"/>
        </w:rPr>
        <w:t>━━━━━━━━━━━━━━━━━━━━━━━━━━━━━━━━━━━━━━━━━━━━━━━━━━━━━━━━━━━━━━━━━━━━━━━━━━━━━</w:t>
      </w:r>
    </w:p>
    <w:p>
      <w:pPr>
        <w:spacing w:before="100" w:after="40"/>
        <w:pBdr>
          <w:bottom w:val="single" w:sz="10" w:space="2" w:color="5C8F2F"/>
        </w:pBdr>
      </w:pPr>
      <w:r>
        <w:rPr>
          <w:rFonts w:ascii="Aptos Display" w:hAnsi="Aptos Display"/>
          <w:b/>
          <w:color w:val="123A63"/>
          <w:sz w:val="21"/>
        </w:rPr>
        <w:t>PROFESSIONAL SUMMARY</w:t>
      </w:r>
    </w:p>
    <w:p>
      <w:pPr>
        <w:spacing w:after="60"/>
      </w:pPr>
      <w:r>
        <w:rPr>
          <w:i/>
          <w:color w:val="5B6573"/>
        </w:rPr>
        <w:t>[Write 3-4 lines that describe your experience, strongest relevant skills, and the value you can bring to the target employer. Tailor this section to each job.]</w:t>
      </w:r>
    </w:p>
    <w:p>
      <w:pPr>
        <w:spacing w:before="100" w:after="40"/>
        <w:pBdr>
          <w:bottom w:val="single" w:sz="10" w:space="2" w:color="5C8F2F"/>
        </w:pBdr>
      </w:pPr>
      <w:r>
        <w:rPr>
          <w:rFonts w:ascii="Aptos Display" w:hAnsi="Aptos Display"/>
          <w:b/>
          <w:color w:val="123A63"/>
          <w:sz w:val="21"/>
        </w:rPr>
        <w:t>CORE 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3485"/>
            <w:shd w:fill="E9EEF3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4" w:color="E0E6EB"/>
              <w:left w:val="single" w:sz="4" w:color="E0E6EB"/>
              <w:bottom w:val="single" w:sz="4" w:color="E0E6EB"/>
              <w:right w:val="single" w:sz="4" w:color="E0E6EB"/>
            </w:tcBorders>
            <w:vAlign w:val="center"/>
          </w:tcPr>
          <w:p>
            <w:pPr>
              <w:jc w:val="center"/>
            </w:pPr>
            <w:r>
              <w:rPr>
                <w:b/>
                <w:color w:val="123A63"/>
                <w:sz w:val="17"/>
              </w:rPr>
              <w:t>Relevant Skill 1</w:t>
            </w:r>
          </w:p>
        </w:tc>
        <w:tc>
          <w:tcPr>
            <w:tcW w:type="dxa" w:w="3485"/>
            <w:shd w:fill="E9EEF3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4" w:color="E0E6EB"/>
              <w:left w:val="single" w:sz="4" w:color="E0E6EB"/>
              <w:bottom w:val="single" w:sz="4" w:color="E0E6EB"/>
              <w:right w:val="single" w:sz="4" w:color="E0E6EB"/>
            </w:tcBorders>
            <w:vAlign w:val="center"/>
          </w:tcPr>
          <w:p>
            <w:pPr>
              <w:jc w:val="center"/>
            </w:pPr>
            <w:r>
              <w:rPr>
                <w:b/>
                <w:color w:val="123A63"/>
                <w:sz w:val="17"/>
              </w:rPr>
              <w:t>Relevant Skill 2</w:t>
            </w:r>
          </w:p>
        </w:tc>
        <w:tc>
          <w:tcPr>
            <w:tcW w:type="dxa" w:w="3485"/>
            <w:shd w:fill="E9EEF3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4" w:color="E0E6EB"/>
              <w:left w:val="single" w:sz="4" w:color="E0E6EB"/>
              <w:bottom w:val="single" w:sz="4" w:color="E0E6EB"/>
              <w:right w:val="single" w:sz="4" w:color="E0E6EB"/>
            </w:tcBorders>
            <w:vAlign w:val="center"/>
          </w:tcPr>
          <w:p>
            <w:pPr>
              <w:jc w:val="center"/>
            </w:pPr>
            <w:r>
              <w:rPr>
                <w:b/>
                <w:color w:val="123A63"/>
                <w:sz w:val="17"/>
              </w:rPr>
              <w:t>Relevant Skill 3</w:t>
            </w:r>
          </w:p>
        </w:tc>
      </w:tr>
      <w:tr>
        <w:tc>
          <w:tcPr>
            <w:tcW w:type="dxa" w:w="3485"/>
            <w:shd w:fill="E9EEF3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4" w:color="E0E6EB"/>
              <w:left w:val="single" w:sz="4" w:color="E0E6EB"/>
              <w:bottom w:val="single" w:sz="4" w:color="E0E6EB"/>
              <w:right w:val="single" w:sz="4" w:color="E0E6EB"/>
            </w:tcBorders>
            <w:vAlign w:val="center"/>
          </w:tcPr>
          <w:p>
            <w:pPr>
              <w:jc w:val="center"/>
            </w:pPr>
            <w:r>
              <w:rPr>
                <w:b/>
                <w:color w:val="123A63"/>
                <w:sz w:val="17"/>
              </w:rPr>
              <w:t>Relevant Skill 4</w:t>
            </w:r>
          </w:p>
        </w:tc>
        <w:tc>
          <w:tcPr>
            <w:tcW w:type="dxa" w:w="3485"/>
            <w:shd w:fill="E9EEF3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4" w:color="E0E6EB"/>
              <w:left w:val="single" w:sz="4" w:color="E0E6EB"/>
              <w:bottom w:val="single" w:sz="4" w:color="E0E6EB"/>
              <w:right w:val="single" w:sz="4" w:color="E0E6EB"/>
            </w:tcBorders>
            <w:vAlign w:val="center"/>
          </w:tcPr>
          <w:p>
            <w:pPr>
              <w:jc w:val="center"/>
            </w:pPr>
            <w:r>
              <w:rPr>
                <w:b/>
                <w:color w:val="123A63"/>
                <w:sz w:val="17"/>
              </w:rPr>
              <w:t>Relevant Skill 5</w:t>
            </w:r>
          </w:p>
        </w:tc>
        <w:tc>
          <w:tcPr>
            <w:tcW w:type="dxa" w:w="3485"/>
            <w:shd w:fill="E9EEF3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4" w:color="E0E6EB"/>
              <w:left w:val="single" w:sz="4" w:color="E0E6EB"/>
              <w:bottom w:val="single" w:sz="4" w:color="E0E6EB"/>
              <w:right w:val="single" w:sz="4" w:color="E0E6EB"/>
            </w:tcBorders>
            <w:vAlign w:val="center"/>
          </w:tcPr>
          <w:p>
            <w:pPr>
              <w:jc w:val="center"/>
            </w:pPr>
            <w:r>
              <w:rPr>
                <w:b/>
                <w:color w:val="123A63"/>
                <w:sz w:val="17"/>
              </w:rPr>
              <w:t>Relevant Skill 6</w:t>
            </w:r>
          </w:p>
        </w:tc>
      </w:tr>
    </w:tbl>
    <w:p>
      <w:pPr>
        <w:spacing w:before="100" w:after="40"/>
        <w:pBdr>
          <w:bottom w:val="single" w:sz="10" w:space="2" w:color="5C8F2F"/>
        </w:pBdr>
      </w:pPr>
      <w:r>
        <w:rPr>
          <w:rFonts w:ascii="Aptos Display" w:hAnsi="Aptos Display"/>
          <w:b/>
          <w:color w:val="123A63"/>
          <w:sz w:val="21"/>
        </w:rPr>
        <w:t>PROFESSIONAL EXPERIENCE</w:t>
      </w:r>
    </w:p>
    <w:p>
      <w:pPr>
        <w:tabs>
          <w:tab w:pos="10296" w:val="right"/>
        </w:tabs>
        <w:spacing w:before="60" w:after="0"/>
      </w:pPr>
      <w:r>
        <w:rPr>
          <w:b/>
          <w:color w:val="202B35"/>
          <w:sz w:val="20"/>
        </w:rPr>
        <w:t>JOB TITLE</w:t>
      </w:r>
      <w:r>
        <w:rPr>
          <w:b/>
          <w:color w:val="123A63"/>
          <w:sz w:val="18"/>
        </w:rPr>
        <w:tab/>
        <w:t>Month Year - Present</w:t>
      </w:r>
    </w:p>
    <w:p>
      <w:pPr>
        <w:spacing w:after="20"/>
      </w:pPr>
      <w:r>
        <w:rPr>
          <w:i/>
          <w:color w:val="5B6573"/>
          <w:sz w:val="18"/>
        </w:rPr>
        <w:t>Employer Name | City, State</w:t>
      </w:r>
    </w:p>
    <w:p>
      <w:pPr>
        <w:spacing w:after="24"/>
        <w:ind w:left="230" w:hanging="202"/>
      </w:pPr>
      <w:r>
        <w:rPr>
          <w:b/>
          <w:color w:val="5C8F2F"/>
        </w:rPr>
        <w:t xml:space="preserve">• </w:t>
      </w:r>
      <w:r>
        <w:rPr>
          <w:i/>
          <w:color w:val="5B6573"/>
          <w:sz w:val="18"/>
        </w:rPr>
        <w:t>[Begin each bullet with a strong action verb and describe an accomplishment, result, responsibility, or skill relevant to the target job.]</w:t>
      </w:r>
    </w:p>
    <w:p>
      <w:pPr>
        <w:spacing w:after="24"/>
        <w:ind w:left="230" w:hanging="202"/>
      </w:pPr>
      <w:r>
        <w:rPr>
          <w:b/>
          <w:color w:val="5C8F2F"/>
        </w:rPr>
        <w:t xml:space="preserve">• </w:t>
      </w:r>
      <w:r>
        <w:rPr>
          <w:i/>
          <w:color w:val="5B6573"/>
          <w:sz w:val="18"/>
        </w:rPr>
        <w:t>[Add numbers when they are truthful and useful, such as volume, accuracy, time saved, customers served, or team size.]</w:t>
      </w:r>
    </w:p>
    <w:p>
      <w:pPr>
        <w:spacing w:after="24"/>
        <w:ind w:left="230" w:hanging="202"/>
      </w:pPr>
      <w:r>
        <w:rPr>
          <w:b/>
          <w:color w:val="5C8F2F"/>
        </w:rPr>
        <w:t xml:space="preserve">• </w:t>
      </w:r>
      <w:r>
        <w:rPr>
          <w:i/>
          <w:color w:val="5B6573"/>
          <w:sz w:val="18"/>
        </w:rPr>
        <w:t>[Use 3-5 concise bullets for the most relevant position.]</w:t>
      </w:r>
    </w:p>
    <w:p>
      <w:pPr>
        <w:tabs>
          <w:tab w:pos="10296" w:val="right"/>
        </w:tabs>
        <w:spacing w:before="60" w:after="0"/>
      </w:pPr>
      <w:r>
        <w:rPr>
          <w:b/>
          <w:color w:val="202B35"/>
          <w:sz w:val="20"/>
        </w:rPr>
        <w:t>PREVIOUS JOB TITLE</w:t>
      </w:r>
      <w:r>
        <w:rPr>
          <w:b/>
          <w:color w:val="123A63"/>
          <w:sz w:val="18"/>
        </w:rPr>
        <w:tab/>
        <w:t>Month Year - Month Year</w:t>
      </w:r>
    </w:p>
    <w:p>
      <w:pPr>
        <w:spacing w:after="20"/>
      </w:pPr>
      <w:r>
        <w:rPr>
          <w:i/>
          <w:color w:val="5B6573"/>
          <w:sz w:val="18"/>
        </w:rPr>
        <w:t>Employer Name | City, State</w:t>
      </w:r>
    </w:p>
    <w:p>
      <w:pPr>
        <w:spacing w:after="24"/>
        <w:ind w:left="230" w:hanging="202"/>
      </w:pPr>
      <w:r>
        <w:rPr>
          <w:b/>
          <w:color w:val="5C8F2F"/>
        </w:rPr>
        <w:t xml:space="preserve">• </w:t>
      </w:r>
      <w:r>
        <w:rPr>
          <w:i/>
          <w:color w:val="5B6573"/>
          <w:sz w:val="18"/>
        </w:rPr>
        <w:t>[Highlight transferable skills and measurable contributions.]</w:t>
      </w:r>
    </w:p>
    <w:p>
      <w:pPr>
        <w:spacing w:after="24"/>
        <w:ind w:left="230" w:hanging="202"/>
      </w:pPr>
      <w:r>
        <w:rPr>
          <w:b/>
          <w:color w:val="5C8F2F"/>
        </w:rPr>
        <w:t xml:space="preserve">• </w:t>
      </w:r>
      <w:r>
        <w:rPr>
          <w:i/>
          <w:color w:val="5B6573"/>
          <w:sz w:val="18"/>
        </w:rPr>
        <w:t>[Focus on results and impact rather than listing every routine duty.]</w:t>
      </w:r>
    </w:p>
    <w:p>
      <w:pPr>
        <w:spacing w:before="100" w:after="40"/>
        <w:pBdr>
          <w:bottom w:val="single" w:sz="10" w:space="2" w:color="5C8F2F"/>
        </w:pBdr>
      </w:pPr>
      <w:r>
        <w:rPr>
          <w:rFonts w:ascii="Aptos Display" w:hAnsi="Aptos Display"/>
          <w:b/>
          <w:color w:val="123A63"/>
          <w:sz w:val="21"/>
        </w:rPr>
        <w:t>EDUCATION</w:t>
      </w:r>
    </w:p>
    <w:p>
      <w:pPr>
        <w:tabs>
          <w:tab w:pos="10296" w:val="right"/>
        </w:tabs>
        <w:spacing w:after="0"/>
      </w:pPr>
      <w:r>
        <w:rPr>
          <w:b/>
          <w:sz w:val="19"/>
        </w:rPr>
        <w:t>Degree, Diploma, GED, or Training Program</w:t>
      </w:r>
      <w:r>
        <w:rPr>
          <w:color w:val="123A63"/>
          <w:sz w:val="18"/>
        </w:rPr>
        <w:tab/>
        <w:t>Completion Year or Expected Year</w:t>
      </w:r>
    </w:p>
    <w:p>
      <w:r>
        <w:rPr>
          <w:i/>
          <w:color w:val="5B6573"/>
        </w:rPr>
        <w:t>School or Training Provider | City, State</w:t>
      </w:r>
    </w:p>
    <w:p>
      <w:pPr>
        <w:spacing w:before="100" w:after="40"/>
        <w:pBdr>
          <w:bottom w:val="single" w:sz="10" w:space="2" w:color="5C8F2F"/>
        </w:pBdr>
      </w:pPr>
      <w:r>
        <w:rPr>
          <w:rFonts w:ascii="Aptos Display" w:hAnsi="Aptos Display"/>
          <w:b/>
          <w:color w:val="123A63"/>
          <w:sz w:val="21"/>
        </w:rPr>
        <w:t>CERTIFICATIONS AND ADDITIONAL QUALIFICATIONS</w:t>
      </w:r>
    </w:p>
    <w:p>
      <w:pPr>
        <w:spacing w:after="24"/>
        <w:ind w:left="230" w:hanging="202"/>
      </w:pPr>
      <w:r>
        <w:rPr>
          <w:b/>
          <w:color w:val="5C8F2F"/>
        </w:rPr>
        <w:t xml:space="preserve">• </w:t>
      </w:r>
      <w:r>
        <w:rPr>
          <w:i/>
          <w:color w:val="5B6573"/>
          <w:sz w:val="18"/>
        </w:rPr>
        <w:t>[Certification or license, issuing organization, expiration date if applicable]</w:t>
      </w:r>
    </w:p>
    <w:p>
      <w:pPr>
        <w:spacing w:after="24"/>
        <w:ind w:left="230" w:hanging="202"/>
      </w:pPr>
      <w:r>
        <w:rPr>
          <w:b/>
          <w:color w:val="5C8F2F"/>
        </w:rPr>
        <w:t xml:space="preserve">• </w:t>
      </w:r>
      <w:r>
        <w:rPr>
          <w:i/>
          <w:color w:val="5B6573"/>
          <w:sz w:val="18"/>
        </w:rPr>
        <w:t>[Languages, technical tools, volunteer leadership, or other relevant qualification]</w:t>
      </w:r>
    </w:p>
    <w:sectPr w:rsidR="00FC693F" w:rsidRPr="0006063C" w:rsidSect="00034616">
      <w:footerReference w:type="default" r:id="rId9"/>
      <w:pgSz w:w="12240" w:h="15840"/>
      <w:pgMar w:top="648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591"/>
        <w:sz w:val="15"/>
      </w:rPr>
      <w:t>Modern ATS-Friendly Resume Template | Pathway Forward Solutions Career Success Academy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202B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